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1"/>
      </w:tblGrid>
      <w:tr>
        <w:tc>
          <w:tcPr>
            <w:tcW w:type="dxa" w:w="9071"/>
            <w:shd w:fill="F6F1E7"/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pStyle w:val="Notadomodelo"/>
            </w:pPr>
            <w:r>
              <w:rPr>
                <w:rFonts w:ascii="Arial" w:hAnsi="Arial"/>
                <w:b/>
                <w:i w:val="0"/>
                <w:color w:val="0D5548"/>
                <w:sz w:val="18"/>
              </w:rPr>
              <w:t xml:space="preserve">AVALIAÇÃO DUPLO-CEGA — </w:t>
            </w:r>
            <w:r>
              <w:rPr>
                <w:rFonts w:ascii="Arial" w:hAnsi="Arial"/>
                <w:b w:val="0"/>
                <w:i w:val="0"/>
                <w:color w:val="073D34"/>
                <w:sz w:val="18"/>
              </w:rPr>
              <w:t>não informe nomes, instituições, agradecimentos ou outros dados que permitam identificar a autoria neste arquivo.</w:t>
            </w:r>
          </w:p>
        </w:tc>
      </w:tr>
    </w:tbl>
    <w:p>
      <w:pPr>
        <w:pStyle w:val="Títulodoartigo"/>
      </w:pPr>
      <w:r>
        <w:t>TÍTULO DO ARTIGO EM PORTUGUÊS</w:t>
      </w:r>
    </w:p>
    <w:p>
      <w:pPr>
        <w:spacing w:after="280"/>
        <w:jc w:val="center"/>
      </w:pPr>
      <w:r>
        <w:rPr>
          <w:rFonts w:ascii="Times New Roman" w:hAnsi="Times New Roman"/>
          <w:b w:val="0"/>
          <w:i/>
          <w:color w:val="66736F"/>
          <w:sz w:val="24"/>
        </w:rPr>
        <w:t>Título do artigo em inglês</w:t>
      </w:r>
    </w:p>
    <w:p>
      <w:pPr>
        <w:pStyle w:val="Resumo"/>
      </w:pPr>
      <w:r>
        <w:rPr>
          <w:rFonts w:ascii="Times New Roman" w:hAnsi="Times New Roman"/>
          <w:b/>
          <w:i w:val="0"/>
          <w:sz w:val="20"/>
        </w:rPr>
        <w:t xml:space="preserve">RESUMO: </w:t>
      </w:r>
      <w:r>
        <w:rPr>
          <w:rFonts w:ascii="Times New Roman" w:hAnsi="Times New Roman"/>
          <w:b w:val="0"/>
          <w:i w:val="0"/>
          <w:color w:val="66736F"/>
          <w:sz w:val="20"/>
        </w:rPr>
        <w:t>[Apresente objetivo, método, resultados principais e conclusão em um único parágrafo de 150 a 250 palavras.]</w:t>
      </w:r>
    </w:p>
    <w:p>
      <w:pPr>
        <w:pStyle w:val="Palavras-chave"/>
      </w:pPr>
      <w:r>
        <w:rPr>
          <w:rFonts w:ascii="Times New Roman" w:hAnsi="Times New Roman"/>
          <w:b/>
          <w:i w:val="0"/>
          <w:sz w:val="20"/>
        </w:rPr>
        <w:t xml:space="preserve">Palavras-chave: </w:t>
      </w:r>
      <w:r>
        <w:rPr>
          <w:rFonts w:ascii="Times New Roman" w:hAnsi="Times New Roman"/>
          <w:b w:val="0"/>
          <w:i w:val="0"/>
          <w:color w:val="66736F"/>
          <w:sz w:val="20"/>
        </w:rPr>
        <w:t>[três a cinco termos separados por ponto e vírgula.]</w:t>
      </w:r>
    </w:p>
    <w:p>
      <w:pPr>
        <w:pStyle w:val="Resumo"/>
      </w:pPr>
      <w:r>
        <w:rPr>
          <w:rFonts w:ascii="Times New Roman" w:hAnsi="Times New Roman"/>
          <w:b/>
          <w:i w:val="0"/>
          <w:sz w:val="20"/>
        </w:rPr>
        <w:t xml:space="preserve">ABSTRACT: </w:t>
      </w:r>
      <w:r>
        <w:rPr>
          <w:rFonts w:ascii="Times New Roman" w:hAnsi="Times New Roman"/>
          <w:b w:val="0"/>
          <w:i w:val="0"/>
          <w:color w:val="66736F"/>
          <w:sz w:val="20"/>
        </w:rPr>
        <w:t>[English version of the abstract.]</w:t>
      </w:r>
    </w:p>
    <w:p>
      <w:pPr>
        <w:pStyle w:val="Palavras-chave"/>
      </w:pPr>
      <w:r>
        <w:rPr>
          <w:rFonts w:ascii="Times New Roman" w:hAnsi="Times New Roman"/>
          <w:b/>
          <w:i w:val="0"/>
          <w:sz w:val="20"/>
        </w:rPr>
        <w:t xml:space="preserve">Keywords: </w:t>
      </w:r>
      <w:r>
        <w:rPr>
          <w:rFonts w:ascii="Times New Roman" w:hAnsi="Times New Roman"/>
          <w:b w:val="0"/>
          <w:i w:val="0"/>
          <w:color w:val="66736F"/>
          <w:sz w:val="20"/>
        </w:rPr>
        <w:t>[three to five terms separated by semicolons.]</w:t>
      </w:r>
    </w:p>
    <w:p>
      <w:pPr>
        <w:pStyle w:val="Heading1"/>
      </w:pPr>
      <w:r>
        <w:t>1 INTRODUÇÃO</w:t>
      </w:r>
    </w:p>
    <w:p>
      <w:pPr/>
      <w:r>
        <w:rPr>
          <w:rFonts w:ascii="Times New Roman" w:hAnsi="Times New Roman"/>
          <w:b w:val="0"/>
          <w:i w:val="0"/>
          <w:color w:val="66736F"/>
          <w:sz w:val="24"/>
        </w:rPr>
        <w:t>[Contextualize o tema, delimite o problema, apresente os objetivos e indique a relevância do estudo.]</w:t>
      </w:r>
    </w:p>
    <w:p>
      <w:pPr>
        <w:pStyle w:val="Heading1"/>
      </w:pPr>
      <w:r>
        <w:t>2 FUNDAMENTAÇÃO TEÓRICA</w:t>
      </w:r>
    </w:p>
    <w:p>
      <w:pPr/>
      <w:r>
        <w:rPr>
          <w:rFonts w:ascii="Times New Roman" w:hAnsi="Times New Roman"/>
          <w:b w:val="0"/>
          <w:i w:val="0"/>
          <w:color w:val="66736F"/>
          <w:sz w:val="24"/>
        </w:rPr>
        <w:t>[Desenvolva o diálogo com a literatura científica pertinente. Altere o título desta seção quando necessário.]</w:t>
      </w:r>
    </w:p>
    <w:p>
      <w:pPr>
        <w:pStyle w:val="Heading1"/>
      </w:pPr>
      <w:r>
        <w:t>3 PROCEDIMENTOS METODOLÓGICOS</w:t>
      </w:r>
    </w:p>
    <w:p>
      <w:pPr/>
      <w:r>
        <w:rPr>
          <w:rFonts w:ascii="Times New Roman" w:hAnsi="Times New Roman"/>
          <w:b w:val="0"/>
          <w:i w:val="0"/>
          <w:color w:val="66736F"/>
          <w:sz w:val="24"/>
        </w:rPr>
        <w:t>[Descreva abordagem, participantes ou corpus, instrumentos, procedimentos de análise e cuidados éticos.]</w:t>
      </w:r>
    </w:p>
    <w:p>
      <w:pPr>
        <w:pStyle w:val="Heading1"/>
      </w:pPr>
      <w:r>
        <w:t>4 RESULTADOS E DISCUSSÃO</w:t>
      </w:r>
    </w:p>
    <w:p>
      <w:pPr/>
      <w:r>
        <w:rPr>
          <w:rFonts w:ascii="Times New Roman" w:hAnsi="Times New Roman"/>
          <w:b w:val="0"/>
          <w:i w:val="0"/>
          <w:color w:val="66736F"/>
          <w:sz w:val="24"/>
        </w:rPr>
        <w:t>[Apresente e interprete os resultados em diálogo com a literatura. Subdivisões podem ser utilizadas.]</w:t>
      </w:r>
    </w:p>
    <w:p>
      <w:pPr>
        <w:pStyle w:val="Heading1"/>
      </w:pPr>
      <w:r>
        <w:t>5 CONSIDERAÇÕES FINAIS</w:t>
      </w:r>
    </w:p>
    <w:p>
      <w:pPr/>
      <w:r>
        <w:rPr>
          <w:rFonts w:ascii="Times New Roman" w:hAnsi="Times New Roman"/>
          <w:b w:val="0"/>
          <w:i w:val="0"/>
          <w:color w:val="66736F"/>
          <w:sz w:val="24"/>
        </w:rPr>
        <w:t>[Retome objetivos e principais resultados, apresente limites do estudo e possíveis desdobramentos.]</w:t>
      </w:r>
    </w:p>
    <w:p>
      <w:pPr>
        <w:pStyle w:val="Heading1"/>
      </w:pPr>
      <w:r>
        <w:t>DECLARAÇÕES</w:t>
      </w:r>
    </w:p>
    <w:p>
      <w:pPr>
        <w:spacing w:line="276" w:lineRule="auto" w:after="80"/>
      </w:pPr>
      <w:r>
        <w:rPr>
          <w:rFonts w:ascii="Times New Roman" w:hAnsi="Times New Roman"/>
          <w:b/>
          <w:i w:val="0"/>
          <w:sz w:val="24"/>
        </w:rPr>
        <w:t xml:space="preserve">Financiamento: </w:t>
      </w:r>
      <w:r>
        <w:rPr>
          <w:rFonts w:ascii="Times New Roman" w:hAnsi="Times New Roman"/>
          <w:b w:val="0"/>
          <w:i w:val="0"/>
          <w:color w:val="66736F"/>
          <w:sz w:val="24"/>
        </w:rPr>
        <w:t>[Informe a fonte ou declare que a pesquisa não recebeu financiamento.]</w:t>
      </w:r>
    </w:p>
    <w:p>
      <w:pPr>
        <w:spacing w:line="276" w:lineRule="auto" w:after="80"/>
      </w:pPr>
      <w:r>
        <w:rPr>
          <w:rFonts w:ascii="Times New Roman" w:hAnsi="Times New Roman"/>
          <w:b/>
          <w:i w:val="0"/>
          <w:sz w:val="24"/>
        </w:rPr>
        <w:t xml:space="preserve">Conflito de interesses: </w:t>
      </w:r>
      <w:r>
        <w:rPr>
          <w:rFonts w:ascii="Times New Roman" w:hAnsi="Times New Roman"/>
          <w:b w:val="0"/>
          <w:i w:val="0"/>
          <w:color w:val="66736F"/>
          <w:sz w:val="24"/>
        </w:rPr>
        <w:t>[Declare eventuais conflitos ou informe sua inexistência.]</w:t>
      </w:r>
    </w:p>
    <w:p>
      <w:pPr>
        <w:spacing w:line="276" w:lineRule="auto" w:after="80"/>
      </w:pPr>
      <w:r>
        <w:rPr>
          <w:rFonts w:ascii="Times New Roman" w:hAnsi="Times New Roman"/>
          <w:b/>
          <w:i w:val="0"/>
          <w:sz w:val="24"/>
        </w:rPr>
        <w:t xml:space="preserve">Aprovação ética: </w:t>
      </w:r>
      <w:r>
        <w:rPr>
          <w:rFonts w:ascii="Times New Roman" w:hAnsi="Times New Roman"/>
          <w:b w:val="0"/>
          <w:i w:val="0"/>
          <w:color w:val="66736F"/>
          <w:sz w:val="24"/>
        </w:rPr>
        <w:t>[Quando aplicável, informe o comitê e o número do parecer.]</w:t>
      </w:r>
    </w:p>
    <w:p>
      <w:pPr>
        <w:spacing w:line="276" w:lineRule="auto" w:after="80"/>
      </w:pPr>
      <w:r>
        <w:rPr>
          <w:rFonts w:ascii="Times New Roman" w:hAnsi="Times New Roman"/>
          <w:b/>
          <w:i w:val="0"/>
          <w:sz w:val="24"/>
        </w:rPr>
        <w:t xml:space="preserve">Uso de inteligência artificial: </w:t>
      </w:r>
      <w:r>
        <w:rPr>
          <w:rFonts w:ascii="Times New Roman" w:hAnsi="Times New Roman"/>
          <w:b w:val="0"/>
          <w:i w:val="0"/>
          <w:color w:val="66736F"/>
          <w:sz w:val="24"/>
        </w:rPr>
        <w:t>[Quando houver uso substancial, informe ferramenta, finalidade, etapa e extensão da intervenção.]</w:t>
      </w:r>
    </w:p>
    <w:p>
      <w:pPr>
        <w:pStyle w:val="Heading1"/>
      </w:pPr>
      <w:r>
        <w:t>REFERÊNCIAS</w:t>
      </w:r>
    </w:p>
    <w:p>
      <w:pPr>
        <w:spacing w:line="240" w:lineRule="auto" w:after="120"/>
        <w:ind w:firstLine="0"/>
        <w:jc w:val="left"/>
      </w:pPr>
      <w:r>
        <w:rPr>
          <w:rFonts w:ascii="Times New Roman" w:hAnsi="Times New Roman"/>
          <w:b w:val="0"/>
          <w:i w:val="0"/>
          <w:color w:val="66736F"/>
          <w:sz w:val="24"/>
        </w:rPr>
        <w:t>[Liste somente as obras citadas no texto, em ordem alfabética, conforme as normas vigentes da ABNT. Use espaçamento simples em cada referência e uma linha em branco entre elas.]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701" w:right="1134" w:bottom="1134" w:left="1701" w:header="680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3024"/>
      <w:gridCol w:w="3024"/>
      <w:gridCol w:w="3024"/>
    </w:tblGrid>
    <w:tr>
      <w:tc>
        <w:tcPr>
          <w:tcW w:type="dxa" w:w="794"/>
          <w:vAlign w:val="center"/>
          <w:tcMar>
            <w:top w:w="40" w:type="dxa"/>
            <w:start w:w="70" w:type="dxa"/>
            <w:bottom w:w="40" w:type="dxa"/>
            <w:end w:w="70" w:type="dxa"/>
          </w:tcMar>
          <w:tcBorders>
            <w:top w:val="single" w:sz="8" w:color="C69A4B"/>
          </w:tcBorders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259200" cy="2592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revista-educadores-re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9200" cy="2592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6917"/>
          <w:vAlign w:val="center"/>
          <w:tcMar>
            <w:top w:w="40" w:type="dxa"/>
            <w:start w:w="70" w:type="dxa"/>
            <w:bottom w:w="40" w:type="dxa"/>
            <w:end w:w="70" w:type="dxa"/>
          </w:tcMar>
          <w:tcBorders>
            <w:top w:val="single" w:sz="8" w:color="C69A4B"/>
          </w:tcBorders>
        </w:tcPr>
        <w:p>
          <w:pPr>
            <w:jc w:val="left"/>
          </w:pPr>
          <w:r>
            <w:rPr>
              <w:rFonts w:ascii="Arial" w:hAnsi="Arial"/>
              <w:b/>
              <w:i w:val="0"/>
              <w:color w:val="073D34"/>
              <w:sz w:val="15"/>
            </w:rPr>
            <w:t>REVISTA EDUCADORES  •  Ciência, Educação e Amazônia</w:t>
          </w:r>
        </w:p>
      </w:tc>
      <w:tc>
        <w:tcPr>
          <w:tcW w:type="dxa" w:w="1361"/>
          <w:vAlign w:val="center"/>
          <w:tcMar>
            <w:top w:w="40" w:type="dxa"/>
            <w:start w:w="70" w:type="dxa"/>
            <w:bottom w:w="40" w:type="dxa"/>
            <w:end w:w="70" w:type="dxa"/>
          </w:tcMar>
          <w:tcBorders>
            <w:top w:val="single" w:sz="8" w:color="C69A4B"/>
          </w:tcBorders>
        </w:tcPr>
        <w:p>
          <w:pPr>
            <w:jc w:val="right"/>
          </w:pPr>
          <w:r>
            <w:rPr>
              <w:rFonts w:ascii="Arial" w:hAnsi="Arial"/>
              <w:b w:val="0"/>
              <w:i w:val="0"/>
              <w:color w:val="66736F"/>
              <w:sz w:val="16"/>
            </w:rPr>
            <w:t xml:space="preserve">Página </w:t>
          </w:r>
          <w:fldSimple w:instr="PAGE"/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i w:val="0"/>
        <w:color w:val="C69A4B"/>
        <w:sz w:val="16"/>
      </w:rPr>
      <w:t>MODELO OFICIAL DE ARTIGO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360" w:lineRule="auto"/>
      <w:jc w:val="both"/>
    </w:pPr>
    <w:rPr>
      <w:rFonts w:ascii="Times New Roman" w:hAnsi="Times New Roman"/>
      <w:b w:val="0"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 w:line="276" w:lineRule="auto"/>
      <w:jc w:val="left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D5548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 w:line="276" w:lineRule="auto"/>
      <w:jc w:val="left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73D34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40" w:line="276" w:lineRule="auto" w:before="0"/>
      <w:contextualSpacing/>
      <w:jc w:val="center"/>
    </w:pPr>
    <w:rPr>
      <w:rFonts w:asciiTheme="majorHAnsi" w:eastAsiaTheme="majorEastAsia" w:hAnsiTheme="majorHAnsi" w:cstheme="majorBidi" w:ascii="Times New Roman" w:hAnsi="Times New Roman"/>
      <w:b/>
      <w:color w:val="073D34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ítulodoartigo">
    <w:name w:val="Título do artigo"/>
    <w:pPr>
      <w:spacing w:before="0" w:after="240" w:line="276" w:lineRule="auto"/>
      <w:jc w:val="center"/>
    </w:pPr>
    <w:rPr>
      <w:rFonts w:ascii="Times New Roman" w:hAnsi="Times New Roman"/>
      <w:b/>
      <w:color w:val="073D34"/>
      <w:sz w:val="32"/>
    </w:rPr>
  </w:style>
  <w:style w:type="paragraph" w:customStyle="1" w:styleId="Resumo">
    <w:name w:val="Resumo"/>
    <w:pPr>
      <w:spacing w:before="0" w:after="120" w:line="240" w:lineRule="auto"/>
      <w:jc w:val="both"/>
    </w:pPr>
    <w:rPr>
      <w:rFonts w:ascii="Times New Roman" w:hAnsi="Times New Roman"/>
      <w:b w:val="0"/>
      <w:color w:val="000000"/>
      <w:sz w:val="20"/>
    </w:rPr>
  </w:style>
  <w:style w:type="paragraph" w:customStyle="1" w:styleId="Palavras-chave">
    <w:name w:val="Palavras-chave"/>
    <w:pPr>
      <w:spacing w:before="0" w:after="160" w:line="240" w:lineRule="auto"/>
      <w:jc w:val="left"/>
    </w:pPr>
    <w:rPr>
      <w:rFonts w:ascii="Times New Roman" w:hAnsi="Times New Roman"/>
      <w:b w:val="0"/>
      <w:color w:val="000000"/>
      <w:sz w:val="20"/>
    </w:rPr>
  </w:style>
  <w:style w:type="paragraph" w:customStyle="1" w:styleId="Notadomodelo">
    <w:name w:val="Nota do modelo"/>
    <w:pPr>
      <w:spacing w:before="0" w:after="80" w:line="240" w:lineRule="auto"/>
      <w:jc w:val="left"/>
    </w:pPr>
    <w:rPr>
      <w:rFonts w:ascii="Times New Roman" w:hAnsi="Times New Roman"/>
      <w:b w:val="0"/>
      <w:color w:val="66736F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oficial de artigo — Revista Educadores</dc:title>
  <dc:subject>Modelo de submissão para avaliação duplo-cega</dc:subject>
  <dc:creator>Revista Educadores</dc:creator>
  <cp:keywords>Revista Educadores, modelo de artigo, submissão, ABNT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